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6481" w14:textId="77777777" w:rsidR="00004863" w:rsidRPr="00EC08EF" w:rsidRDefault="00000000">
      <w:pPr>
        <w:spacing w:after="140"/>
        <w:jc w:val="right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Kielce, dnia </w:t>
      </w:r>
      <w:r w:rsidRPr="00EC08EF">
        <w:rPr>
          <w:i/>
          <w:color w:val="696969"/>
          <w:sz w:val="21"/>
          <w:lang w:val="pl-PL"/>
        </w:rPr>
        <w:t>[data]</w:t>
      </w:r>
      <w:r w:rsidRPr="00EC08EF">
        <w:rPr>
          <w:color w:val="000000"/>
          <w:sz w:val="21"/>
          <w:lang w:val="pl-PL"/>
        </w:rPr>
        <w:t xml:space="preserve"> 2026 r.</w:t>
      </w:r>
    </w:p>
    <w:p w14:paraId="36347FA2" w14:textId="77777777" w:rsidR="00004863" w:rsidRPr="00EC08EF" w:rsidRDefault="00000000">
      <w:pPr>
        <w:spacing w:line="240" w:lineRule="auto"/>
        <w:rPr>
          <w:lang w:val="pl-PL"/>
        </w:rPr>
      </w:pPr>
      <w:r w:rsidRPr="00EC08EF">
        <w:rPr>
          <w:b/>
          <w:color w:val="000000"/>
          <w:sz w:val="21"/>
          <w:lang w:val="pl-PL"/>
        </w:rPr>
        <w:t>Uniwersytet Jana Kochanowskiego w Kielcach</w:t>
      </w:r>
    </w:p>
    <w:p w14:paraId="17112A5E" w14:textId="77777777" w:rsidR="00004863" w:rsidRPr="00EC08EF" w:rsidRDefault="00000000">
      <w:pPr>
        <w:spacing w:line="240" w:lineRule="auto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Rada Naukowa Instytutu </w:t>
      </w:r>
      <w:r w:rsidRPr="00EC08EF">
        <w:rPr>
          <w:i/>
          <w:color w:val="696969"/>
          <w:sz w:val="21"/>
          <w:lang w:val="pl-PL"/>
        </w:rPr>
        <w:t>[nazwa Instytutu]</w:t>
      </w:r>
    </w:p>
    <w:p w14:paraId="08931AB0" w14:textId="77777777" w:rsidR="00004863" w:rsidRPr="00EC08EF" w:rsidRDefault="00000000">
      <w:pPr>
        <w:spacing w:after="100" w:line="240" w:lineRule="auto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Wydział </w:t>
      </w:r>
      <w:r w:rsidRPr="00EC08EF">
        <w:rPr>
          <w:i/>
          <w:color w:val="696969"/>
          <w:sz w:val="21"/>
          <w:lang w:val="pl-PL"/>
        </w:rPr>
        <w:t>[nazwa Wydziału]</w:t>
      </w:r>
    </w:p>
    <w:p w14:paraId="0E7390CE" w14:textId="77777777" w:rsidR="00004863" w:rsidRPr="00EC08EF" w:rsidRDefault="00000000">
      <w:pPr>
        <w:spacing w:after="160" w:line="240" w:lineRule="auto"/>
        <w:rPr>
          <w:lang w:val="pl-PL"/>
        </w:rPr>
      </w:pPr>
      <w:r w:rsidRPr="00EC08EF">
        <w:rPr>
          <w:color w:val="000000"/>
          <w:sz w:val="20"/>
          <w:lang w:val="pl-PL"/>
        </w:rPr>
        <w:t xml:space="preserve">Znak sprawy: </w:t>
      </w:r>
      <w:r w:rsidRPr="00EC08EF">
        <w:rPr>
          <w:i/>
          <w:color w:val="696969"/>
          <w:sz w:val="20"/>
          <w:lang w:val="pl-PL"/>
        </w:rPr>
        <w:t>[znak sprawy]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59"/>
        <w:gridCol w:w="4759"/>
      </w:tblGrid>
      <w:tr w:rsidR="00004863" w:rsidRPr="00EC08EF" w14:paraId="2C7E8237" w14:textId="77777777">
        <w:tc>
          <w:tcPr>
            <w:tcW w:w="4759" w:type="dxa"/>
          </w:tcPr>
          <w:p w14:paraId="0286F187" w14:textId="77777777" w:rsidR="00004863" w:rsidRPr="00EC08EF" w:rsidRDefault="00004863">
            <w:pPr>
              <w:rPr>
                <w:lang w:val="pl-PL"/>
              </w:rPr>
            </w:pPr>
          </w:p>
        </w:tc>
        <w:tc>
          <w:tcPr>
            <w:tcW w:w="47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6E7C" w14:textId="77777777" w:rsidR="00004863" w:rsidRPr="00EC08EF" w:rsidRDefault="00000000">
            <w:pPr>
              <w:spacing w:line="240" w:lineRule="auto"/>
              <w:rPr>
                <w:lang w:val="pl-PL"/>
              </w:rPr>
            </w:pPr>
            <w:r w:rsidRPr="00EC08EF">
              <w:rPr>
                <w:color w:val="000000"/>
                <w:sz w:val="21"/>
                <w:lang w:val="pl-PL"/>
              </w:rPr>
              <w:t>Pani/Pan</w:t>
            </w:r>
          </w:p>
          <w:p w14:paraId="4257457E" w14:textId="77777777" w:rsidR="00004863" w:rsidRPr="00EC08EF" w:rsidRDefault="00000000">
            <w:pPr>
              <w:spacing w:line="240" w:lineRule="auto"/>
              <w:rPr>
                <w:lang w:val="pl-PL"/>
              </w:rPr>
            </w:pPr>
            <w:r w:rsidRPr="00EC08EF">
              <w:rPr>
                <w:color w:val="000000"/>
                <w:sz w:val="21"/>
                <w:lang w:val="pl-PL"/>
              </w:rPr>
              <w:t xml:space="preserve">dr </w:t>
            </w:r>
            <w:r w:rsidRPr="00EC08EF">
              <w:rPr>
                <w:i/>
                <w:color w:val="696969"/>
                <w:sz w:val="21"/>
                <w:lang w:val="pl-PL"/>
              </w:rPr>
              <w:t>[imię i nazwisko]</w:t>
            </w:r>
          </w:p>
          <w:p w14:paraId="2911D754" w14:textId="77777777" w:rsidR="00004863" w:rsidRPr="00EC08EF" w:rsidRDefault="00000000">
            <w:pPr>
              <w:spacing w:after="160" w:line="240" w:lineRule="auto"/>
              <w:rPr>
                <w:lang w:val="pl-PL"/>
              </w:rPr>
            </w:pPr>
            <w:r w:rsidRPr="00EC08EF">
              <w:rPr>
                <w:color w:val="000000"/>
                <w:sz w:val="20"/>
                <w:lang w:val="pl-PL"/>
              </w:rPr>
              <w:t xml:space="preserve">adres: </w:t>
            </w:r>
            <w:r w:rsidRPr="00EC08EF">
              <w:rPr>
                <w:i/>
                <w:color w:val="696969"/>
                <w:sz w:val="20"/>
                <w:lang w:val="pl-PL"/>
              </w:rPr>
              <w:t>[adres]</w:t>
            </w:r>
          </w:p>
        </w:tc>
      </w:tr>
    </w:tbl>
    <w:p w14:paraId="0C564383" w14:textId="77777777" w:rsidR="00004863" w:rsidRPr="00EC08EF" w:rsidRDefault="00000000">
      <w:pPr>
        <w:keepNext/>
        <w:spacing w:after="200"/>
        <w:jc w:val="center"/>
        <w:rPr>
          <w:lang w:val="pl-PL"/>
        </w:rPr>
      </w:pPr>
      <w:r w:rsidRPr="00EC08EF">
        <w:rPr>
          <w:b/>
          <w:color w:val="000000"/>
          <w:sz w:val="28"/>
          <w:lang w:val="pl-PL"/>
        </w:rPr>
        <w:t>DECYZJA</w:t>
      </w:r>
    </w:p>
    <w:p w14:paraId="6468AFA9" w14:textId="20064319" w:rsidR="00004863" w:rsidRPr="00EC08EF" w:rsidRDefault="00000000">
      <w:pPr>
        <w:spacing w:after="160"/>
        <w:ind w:firstLine="425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Działając na podstawie art. 104 § 1 oraz art. 107 § 1 i 3 ustawy z dnia 14 czerwca 1960 r. – Kodeks postępowania administracyjnego (Dz. U. z 2025 r. poz. 1691), art. 28 ust. 4, art. 178 ust. 1 pkt 1, ust. 2 i 3, </w:t>
      </w:r>
      <w:r w:rsidRPr="00EC08EF">
        <w:rPr>
          <w:color w:val="000000"/>
          <w:sz w:val="21"/>
          <w:lang w:val="pl-PL"/>
        </w:rPr>
        <w:br/>
        <w:t>art. 219 ust. 1 oraz art. 221 ust. 1</w:t>
      </w:r>
      <w:r w:rsidRPr="003A2DC6">
        <w:rPr>
          <w:color w:val="000000"/>
          <w:sz w:val="21"/>
          <w:lang w:val="pl-PL"/>
        </w:rPr>
        <w:t>2</w:t>
      </w:r>
      <w:r w:rsidR="003A2DC6" w:rsidRPr="003A2DC6">
        <w:rPr>
          <w:color w:val="FF0000"/>
          <w:sz w:val="21"/>
          <w:lang w:val="pl-PL"/>
        </w:rPr>
        <w:t xml:space="preserve"> </w:t>
      </w:r>
      <w:r w:rsidRPr="00EC08EF">
        <w:rPr>
          <w:color w:val="000000"/>
          <w:sz w:val="21"/>
          <w:lang w:val="pl-PL"/>
        </w:rPr>
        <w:t xml:space="preserve">ustawy z dnia 20 lipca 2018 r. – Prawo o szkolnictwie wyższym i nauce </w:t>
      </w:r>
      <w:r w:rsidR="003A2DC6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 xml:space="preserve">(Dz. U. z 2024 r. poz. 1571, z późn. zm.), § 50 ust. 3 pkt 3 lit. d i ust. 7 Statutu Uniwersytetu Jana Kochanowskiego </w:t>
      </w:r>
      <w:r w:rsidR="003A2DC6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 xml:space="preserve">w Kielcach, stanowiącego załącznik do uchwały nr 72/2025 Senatu Uniwersytetu Jana Kochanowskiego </w:t>
      </w:r>
      <w:r w:rsidR="003A2DC6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>w Kielcach z dnia 26 czerwca 2025 r. oraz § 3 ust. 4 pkt 3, ust. 23 i ust. 24 Regulaminu postępowania w sprawie nadania stopnia doktora habilitowanego w Uniwersytecie Jana Kochanowskiego w Kielcach, stanowiącego załącznik do uchwały nr 39/2024 Senatu Uniwersytetu Jana Kochanowskiego w Kielcach z dnia 23 maja 2024 r., po przeprowadzeniu postępowania wszczętego na wniosek Pani/Pana dr [imię i nazwisko] i na podstawie uchwały nr [nr uchwały] Rady Naukowej Instytutu [nazwa Instytutu] z dnia [data], dokumentującej kolegialne głosowanie w sprawie wydania niniejszej decyzji,</w:t>
      </w:r>
    </w:p>
    <w:p w14:paraId="1F27D3A4" w14:textId="77777777" w:rsidR="00004863" w:rsidRPr="00EC08EF" w:rsidRDefault="00000000">
      <w:pPr>
        <w:keepNext/>
        <w:spacing w:after="20"/>
        <w:jc w:val="center"/>
        <w:rPr>
          <w:lang w:val="pl-PL"/>
        </w:rPr>
      </w:pPr>
      <w:r w:rsidRPr="00EC08EF">
        <w:rPr>
          <w:color w:val="000000"/>
          <w:lang w:val="pl-PL"/>
        </w:rPr>
        <w:t xml:space="preserve">Rada Naukowa Instytutu </w:t>
      </w:r>
      <w:r w:rsidRPr="00EC08EF">
        <w:rPr>
          <w:i/>
          <w:color w:val="696969"/>
          <w:lang w:val="pl-PL"/>
        </w:rPr>
        <w:t>[nazwa Instytutu]</w:t>
      </w:r>
    </w:p>
    <w:p w14:paraId="55EF0DF9" w14:textId="77777777" w:rsidR="00004863" w:rsidRPr="00EC08EF" w:rsidRDefault="00000000">
      <w:pPr>
        <w:keepNext/>
        <w:spacing w:after="140"/>
        <w:jc w:val="center"/>
        <w:rPr>
          <w:lang w:val="pl-PL"/>
        </w:rPr>
      </w:pPr>
      <w:r w:rsidRPr="00EC08EF">
        <w:rPr>
          <w:color w:val="000000"/>
          <w:lang w:val="pl-PL"/>
        </w:rPr>
        <w:t>Uniwersytetu Jana Kochanowskiego w Kielcach</w:t>
      </w:r>
    </w:p>
    <w:p w14:paraId="4EF7E9AA" w14:textId="77777777" w:rsidR="00004863" w:rsidRPr="00EC08EF" w:rsidRDefault="00000000">
      <w:pPr>
        <w:keepNext/>
        <w:spacing w:after="80"/>
        <w:jc w:val="center"/>
        <w:rPr>
          <w:lang w:val="pl-PL"/>
        </w:rPr>
      </w:pPr>
      <w:r w:rsidRPr="00EC08EF">
        <w:rPr>
          <w:b/>
          <w:color w:val="000000"/>
          <w:sz w:val="25"/>
          <w:lang w:val="pl-PL"/>
        </w:rPr>
        <w:t>nadaje</w:t>
      </w:r>
    </w:p>
    <w:p w14:paraId="17CC014B" w14:textId="77777777" w:rsidR="00004863" w:rsidRPr="00EC08EF" w:rsidRDefault="00000000">
      <w:pPr>
        <w:keepNext/>
        <w:jc w:val="center"/>
        <w:rPr>
          <w:lang w:val="pl-PL"/>
        </w:rPr>
      </w:pPr>
      <w:r w:rsidRPr="00EC08EF">
        <w:rPr>
          <w:color w:val="000000"/>
          <w:lang w:val="pl-PL"/>
        </w:rPr>
        <w:t>Pani/Panu</w:t>
      </w:r>
    </w:p>
    <w:p w14:paraId="085A4841" w14:textId="77777777" w:rsidR="00004863" w:rsidRPr="00EC08EF" w:rsidRDefault="00000000">
      <w:pPr>
        <w:keepNext/>
        <w:spacing w:after="20"/>
        <w:jc w:val="center"/>
        <w:rPr>
          <w:lang w:val="pl-PL"/>
        </w:rPr>
      </w:pPr>
      <w:r w:rsidRPr="00EC08EF">
        <w:rPr>
          <w:color w:val="000000"/>
          <w:sz w:val="24"/>
          <w:lang w:val="pl-PL"/>
        </w:rPr>
        <w:t xml:space="preserve">dr </w:t>
      </w:r>
      <w:r w:rsidRPr="00EC08EF">
        <w:rPr>
          <w:i/>
          <w:color w:val="696969"/>
          <w:sz w:val="24"/>
          <w:lang w:val="pl-PL"/>
        </w:rPr>
        <w:t>[imię i nazwisko]</w:t>
      </w:r>
    </w:p>
    <w:p w14:paraId="0A92AD53" w14:textId="77777777" w:rsidR="00004863" w:rsidRPr="00EC08EF" w:rsidRDefault="00000000">
      <w:pPr>
        <w:keepNext/>
        <w:spacing w:after="20"/>
        <w:jc w:val="center"/>
        <w:rPr>
          <w:lang w:val="pl-PL"/>
        </w:rPr>
      </w:pPr>
      <w:r w:rsidRPr="00EC08EF">
        <w:rPr>
          <w:b/>
          <w:color w:val="000000"/>
          <w:sz w:val="24"/>
          <w:lang w:val="pl-PL"/>
        </w:rPr>
        <w:t>stopień doktora habilitowanego</w:t>
      </w:r>
    </w:p>
    <w:p w14:paraId="380FF61C" w14:textId="77777777" w:rsidR="00004863" w:rsidRPr="00EC08EF" w:rsidRDefault="00000000">
      <w:pPr>
        <w:keepNext/>
        <w:jc w:val="center"/>
        <w:rPr>
          <w:lang w:val="pl-PL"/>
        </w:rPr>
      </w:pPr>
      <w:r w:rsidRPr="00EC08EF">
        <w:rPr>
          <w:color w:val="000000"/>
          <w:lang w:val="pl-PL"/>
        </w:rPr>
        <w:t xml:space="preserve">w dziedzinie </w:t>
      </w:r>
      <w:r w:rsidRPr="00EC08EF">
        <w:rPr>
          <w:i/>
          <w:color w:val="696969"/>
          <w:lang w:val="pl-PL"/>
        </w:rPr>
        <w:t>[dziedzina]</w:t>
      </w:r>
    </w:p>
    <w:p w14:paraId="57616969" w14:textId="77777777" w:rsidR="00004863" w:rsidRPr="00EC08EF" w:rsidRDefault="00000000">
      <w:pPr>
        <w:keepNext/>
        <w:spacing w:after="240"/>
        <w:jc w:val="center"/>
        <w:rPr>
          <w:lang w:val="pl-PL"/>
        </w:rPr>
      </w:pPr>
      <w:r w:rsidRPr="00EC08EF">
        <w:rPr>
          <w:color w:val="000000"/>
          <w:lang w:val="pl-PL"/>
        </w:rPr>
        <w:t xml:space="preserve">w dyscyplinie </w:t>
      </w:r>
      <w:r w:rsidRPr="00EC08EF">
        <w:rPr>
          <w:i/>
          <w:color w:val="696969"/>
          <w:lang w:val="pl-PL"/>
        </w:rPr>
        <w:t>[dyscyplina]</w:t>
      </w:r>
    </w:p>
    <w:p w14:paraId="4F15C7CC" w14:textId="77777777" w:rsidR="00004863" w:rsidRPr="00EC08EF" w:rsidRDefault="00000000">
      <w:pPr>
        <w:keepNext/>
        <w:spacing w:after="160"/>
        <w:jc w:val="center"/>
        <w:rPr>
          <w:lang w:val="pl-PL"/>
        </w:rPr>
      </w:pPr>
      <w:r w:rsidRPr="00EC08EF">
        <w:rPr>
          <w:b/>
          <w:color w:val="000000"/>
          <w:sz w:val="26"/>
          <w:lang w:val="pl-PL"/>
        </w:rPr>
        <w:t>UZASADNIENIE</w:t>
      </w:r>
    </w:p>
    <w:p w14:paraId="119EB11B" w14:textId="36EE8F93" w:rsidR="00004863" w:rsidRPr="00EC08EF" w:rsidRDefault="00000000">
      <w:pPr>
        <w:spacing w:after="80"/>
        <w:ind w:firstLine="397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W dniu </w:t>
      </w:r>
      <w:r w:rsidRPr="00EC08EF">
        <w:rPr>
          <w:i/>
          <w:color w:val="696969"/>
          <w:sz w:val="21"/>
          <w:lang w:val="pl-PL"/>
        </w:rPr>
        <w:t>[data]</w:t>
      </w:r>
      <w:r w:rsidRPr="00EC08EF">
        <w:rPr>
          <w:color w:val="000000"/>
          <w:sz w:val="21"/>
          <w:lang w:val="pl-PL"/>
        </w:rPr>
        <w:t xml:space="preserve"> Pani/Pan dr </w:t>
      </w:r>
      <w:r w:rsidRPr="00EC08EF">
        <w:rPr>
          <w:i/>
          <w:color w:val="696969"/>
          <w:sz w:val="21"/>
          <w:lang w:val="pl-PL"/>
        </w:rPr>
        <w:t>[imię i nazwisko]</w:t>
      </w:r>
      <w:r w:rsidRPr="00EC08EF">
        <w:rPr>
          <w:color w:val="000000"/>
          <w:sz w:val="21"/>
          <w:lang w:val="pl-PL"/>
        </w:rPr>
        <w:t xml:space="preserve"> złożyła/złożył do Uniwersytetu Jana Kochanowskiego </w:t>
      </w:r>
      <w:r w:rsidR="006707AE" w:rsidRPr="00EC08EF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 xml:space="preserve">w Kielcach, za pośrednictwem Rady Doskonałości Naukowej, wniosek o przeprowadzenie postępowania </w:t>
      </w:r>
      <w:r w:rsidR="006707AE" w:rsidRPr="00EC08EF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 xml:space="preserve">w sprawie nadania stopnia doktora habilitowanego w dziedzinie </w:t>
      </w:r>
      <w:r w:rsidRPr="00EC08EF">
        <w:rPr>
          <w:i/>
          <w:color w:val="696969"/>
          <w:sz w:val="21"/>
          <w:lang w:val="pl-PL"/>
        </w:rPr>
        <w:t>[dziedzina]</w:t>
      </w:r>
      <w:r w:rsidRPr="00EC08EF">
        <w:rPr>
          <w:color w:val="000000"/>
          <w:sz w:val="21"/>
          <w:lang w:val="pl-PL"/>
        </w:rPr>
        <w:t xml:space="preserve">, w dyscyplinie </w:t>
      </w:r>
      <w:r w:rsidRPr="00EC08EF">
        <w:rPr>
          <w:i/>
          <w:color w:val="696969"/>
          <w:sz w:val="21"/>
          <w:lang w:val="pl-PL"/>
        </w:rPr>
        <w:t>[dyscyplina]</w:t>
      </w:r>
      <w:r w:rsidRPr="00EC08EF">
        <w:rPr>
          <w:color w:val="000000"/>
          <w:sz w:val="21"/>
          <w:lang w:val="pl-PL"/>
        </w:rPr>
        <w:t>.</w:t>
      </w:r>
    </w:p>
    <w:p w14:paraId="0FFD240A" w14:textId="77777777" w:rsidR="00004863" w:rsidRPr="00EC08EF" w:rsidRDefault="00000000">
      <w:pPr>
        <w:spacing w:after="80"/>
        <w:ind w:firstLine="397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Rada Doskonałości Naukowej dokonała oceny formalnej wniosku i w dniu </w:t>
      </w:r>
      <w:r w:rsidRPr="00EC08EF">
        <w:rPr>
          <w:i/>
          <w:color w:val="696969"/>
          <w:sz w:val="21"/>
          <w:lang w:val="pl-PL"/>
        </w:rPr>
        <w:t>[data]</w:t>
      </w:r>
      <w:r w:rsidRPr="00EC08EF">
        <w:rPr>
          <w:color w:val="000000"/>
          <w:sz w:val="21"/>
          <w:lang w:val="pl-PL"/>
        </w:rPr>
        <w:t xml:space="preserve"> przekazała go UJK. Rada Naukowa uchwałą nr </w:t>
      </w:r>
      <w:r w:rsidRPr="00EC08EF">
        <w:rPr>
          <w:i/>
          <w:color w:val="696969"/>
          <w:sz w:val="21"/>
          <w:lang w:val="pl-PL"/>
        </w:rPr>
        <w:t>[nr uchwały]</w:t>
      </w:r>
      <w:r w:rsidRPr="00EC08EF">
        <w:rPr>
          <w:color w:val="000000"/>
          <w:sz w:val="21"/>
          <w:lang w:val="pl-PL"/>
        </w:rPr>
        <w:t xml:space="preserve"> z dnia </w:t>
      </w:r>
      <w:r w:rsidRPr="00EC08EF">
        <w:rPr>
          <w:i/>
          <w:color w:val="696969"/>
          <w:sz w:val="21"/>
          <w:lang w:val="pl-PL"/>
        </w:rPr>
        <w:t>[data]</w:t>
      </w:r>
      <w:r w:rsidRPr="00EC08EF">
        <w:rPr>
          <w:color w:val="000000"/>
          <w:sz w:val="21"/>
          <w:lang w:val="pl-PL"/>
        </w:rPr>
        <w:t xml:space="preserve"> wyraziła zgodę na przeprowadzenie postępowania.</w:t>
      </w:r>
    </w:p>
    <w:p w14:paraId="7D5C5531" w14:textId="16D25725" w:rsidR="00004863" w:rsidRPr="00EC08EF" w:rsidRDefault="00000000">
      <w:pPr>
        <w:spacing w:after="80"/>
        <w:ind w:firstLine="397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W toku postępowania powołano Komisję habilitacyjną, której zadaniem było przeprowadzenie czynności </w:t>
      </w:r>
      <w:r w:rsidR="006707AE" w:rsidRPr="00EC08EF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 xml:space="preserve">i przygotowanie uchwały zawierającej opinię w sprawie nadania stopnia na podstawie przesłanek określonych </w:t>
      </w:r>
      <w:r w:rsidR="006707AE" w:rsidRPr="00EC08EF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>w art. 219 ust. 1 ustawy.</w:t>
      </w:r>
    </w:p>
    <w:p w14:paraId="5A3D3687" w14:textId="77777777" w:rsidR="00004863" w:rsidRPr="003A2DC6" w:rsidRDefault="00000000">
      <w:pPr>
        <w:spacing w:after="80"/>
        <w:ind w:firstLine="397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Komisja przeanalizowała osiągnięcie naukowe albo artystyczne wskazane jako podstawa wniosku, istotną aktywność naukową albo artystyczną realizowaną w więcej niż jednej uczelni, instytucji naukowej lub instytucji </w:t>
      </w:r>
      <w:r w:rsidRPr="003A2DC6">
        <w:rPr>
          <w:sz w:val="21"/>
          <w:lang w:val="pl-PL"/>
        </w:rPr>
        <w:t>kultury oraz dowody dotyczące każdej przesłanki z art. 219 ust. 1 ustawy.</w:t>
      </w:r>
    </w:p>
    <w:p w14:paraId="7961D173" w14:textId="77777777" w:rsidR="00004863" w:rsidRPr="003A2DC6" w:rsidRDefault="00000000">
      <w:pPr>
        <w:spacing w:after="80"/>
        <w:ind w:firstLine="397"/>
        <w:jc w:val="both"/>
        <w:rPr>
          <w:lang w:val="pl-PL"/>
        </w:rPr>
      </w:pPr>
      <w:r w:rsidRPr="003A2DC6">
        <w:rPr>
          <w:sz w:val="21"/>
          <w:lang w:val="pl-PL"/>
        </w:rPr>
        <w:t>Czterech recenzentów sporządziło recenzje zawierające ocenę, czy osiągnięcia wskazane przez osobę ubiegającą się o stopień odpowiadają wymaganiom określonym w art. 219 ust. 1 pkt 2 ustawy. Konkluzje recenzji: [uzupełnić, wskazując jednoznacznie liczbę recenzji pozytywnych i negatywnych].</w:t>
      </w:r>
    </w:p>
    <w:p w14:paraId="38AD2502" w14:textId="7C33708D" w:rsidR="00004863" w:rsidRPr="003A2DC6" w:rsidRDefault="00000000">
      <w:pPr>
        <w:spacing w:after="80"/>
        <w:ind w:firstLine="397"/>
        <w:jc w:val="both"/>
        <w:rPr>
          <w:lang w:val="pl-PL"/>
        </w:rPr>
      </w:pPr>
      <w:r w:rsidRPr="003A2DC6">
        <w:rPr>
          <w:sz w:val="21"/>
          <w:lang w:val="pl-PL"/>
        </w:rPr>
        <w:t xml:space="preserve">W dniu [data] przeprowadzono [publiczne kolokwium habilitacyjne / kolokwium habilitacyjne </w:t>
      </w:r>
      <w:r w:rsidR="003A2DC6">
        <w:rPr>
          <w:sz w:val="21"/>
          <w:lang w:val="pl-PL"/>
        </w:rPr>
        <w:br/>
      </w:r>
      <w:r w:rsidRPr="003A2DC6">
        <w:rPr>
          <w:sz w:val="21"/>
          <w:lang w:val="pl-PL"/>
        </w:rPr>
        <w:t xml:space="preserve">z wyłączeniem jawności w zakresie osiągnięcia, o którym mowa w art. 219 ust. 3 PSWiN]. Komisja uchwałą </w:t>
      </w:r>
      <w:r w:rsidR="003A2DC6">
        <w:rPr>
          <w:sz w:val="21"/>
          <w:lang w:val="pl-PL"/>
        </w:rPr>
        <w:br/>
      </w:r>
      <w:r w:rsidRPr="003A2DC6">
        <w:rPr>
          <w:sz w:val="21"/>
          <w:lang w:val="pl-PL"/>
        </w:rPr>
        <w:lastRenderedPageBreak/>
        <w:t xml:space="preserve">z dnia [data], podjętą zwykłą większością głosów w głosowaniu [jawnym / tajnym na wniosek habilitanta], </w:t>
      </w:r>
      <w:r w:rsidR="003A2DC6">
        <w:rPr>
          <w:sz w:val="21"/>
          <w:lang w:val="pl-PL"/>
        </w:rPr>
        <w:br/>
      </w:r>
      <w:r w:rsidRPr="003A2DC6">
        <w:rPr>
          <w:sz w:val="21"/>
          <w:lang w:val="pl-PL"/>
        </w:rPr>
        <w:t xml:space="preserve">w obecności [liczba, nie mniej niż 6] członków Komisji, w tym przewodniczącego, sekretarza oraz [liczba, nie mniej niż 3] recenzentów, wyraziła pozytywną opinię w sprawie nadania stopnia wraz z uzasadnieniem. </w:t>
      </w:r>
      <w:r w:rsidR="003A2DC6">
        <w:rPr>
          <w:sz w:val="21"/>
          <w:lang w:val="pl-PL"/>
        </w:rPr>
        <w:br/>
      </w:r>
      <w:r w:rsidRPr="003A2DC6">
        <w:rPr>
          <w:sz w:val="21"/>
          <w:lang w:val="pl-PL"/>
        </w:rPr>
        <w:t>Za podjęciem uchwały zawierającej opinię pozytywną głosowało [liczba], przeciw [liczba], wstrzymało się [liczba].</w:t>
      </w:r>
    </w:p>
    <w:p w14:paraId="65719DDC" w14:textId="75076B24" w:rsidR="00004863" w:rsidRPr="00EC08EF" w:rsidRDefault="00000000">
      <w:pPr>
        <w:spacing w:after="80"/>
        <w:ind w:firstLine="397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Rada Naukowa zapoznała się z pełną dokumentacją, w tym wnioskiem, dowodami posiadania stopnia doktora, osiągnięciem, czterema recenzjami, protokołem kolokwium oraz uchwałą Komisji z uzasadnieniem, </w:t>
      </w:r>
      <w:r w:rsidR="006707AE" w:rsidRPr="00EC08EF">
        <w:rPr>
          <w:color w:val="000000"/>
          <w:sz w:val="21"/>
          <w:lang w:val="pl-PL"/>
        </w:rPr>
        <w:br/>
      </w:r>
      <w:r w:rsidRPr="00EC08EF">
        <w:rPr>
          <w:color w:val="000000"/>
          <w:sz w:val="21"/>
          <w:lang w:val="pl-PL"/>
        </w:rPr>
        <w:t>i dokonała własnej oceny każdej przesłanki z art. 219 ust. 1 pkt 1–3 ustawy.</w:t>
      </w:r>
    </w:p>
    <w:p w14:paraId="52C1DC7C" w14:textId="77777777" w:rsidR="00004863" w:rsidRPr="00EC08EF" w:rsidRDefault="00000000">
      <w:pPr>
        <w:spacing w:after="80"/>
        <w:ind w:firstLine="397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>Po rozpatrzeniu całego materiału dowodowego Rada ustaliła odrębnie spełnienie przesłanek z art. 219 ust. 1 pkt 1, pkt 2 i pkt 3 ustawy, jak wskazano poniżej.</w:t>
      </w:r>
    </w:p>
    <w:p w14:paraId="72345989" w14:textId="77777777" w:rsidR="00004863" w:rsidRPr="00EC08EF" w:rsidRDefault="00000000">
      <w:pPr>
        <w:spacing w:after="80"/>
        <w:ind w:firstLine="397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>Rada Naukowa Instytutu ustaliła w szczególności, że:</w:t>
      </w:r>
    </w:p>
    <w:p w14:paraId="5D5BCA77" w14:textId="38A645DB" w:rsidR="00004863" w:rsidRPr="00EC08EF" w:rsidRDefault="00000000">
      <w:pPr>
        <w:spacing w:after="80"/>
        <w:ind w:left="198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– osiągnięcie, o którym mowa w art. 219 ust. 1 pkt 2 PSWiN, stanowi </w:t>
      </w:r>
      <w:r w:rsidRPr="00EC08EF">
        <w:rPr>
          <w:i/>
          <w:color w:val="696969"/>
          <w:sz w:val="21"/>
          <w:lang w:val="pl-PL"/>
        </w:rPr>
        <w:t xml:space="preserve">[wybrać i pozostawić właściwe: </w:t>
      </w:r>
      <w:r w:rsidR="006707AE" w:rsidRPr="00EC08EF">
        <w:rPr>
          <w:i/>
          <w:color w:val="696969"/>
          <w:sz w:val="21"/>
          <w:lang w:val="pl-PL"/>
        </w:rPr>
        <w:br/>
      </w:r>
      <w:r w:rsidRPr="00EC08EF">
        <w:rPr>
          <w:i/>
          <w:color w:val="696969"/>
          <w:sz w:val="21"/>
          <w:lang w:val="pl-PL"/>
        </w:rPr>
        <w:t>1 monografię naukową / 1 cykl powiązanych tematycznie artykułów naukowych / 1 zrealizowane oryginalne osiągnięcie projektowe, konstrukcyjne, technologiczne lub artystyczne]</w:t>
      </w:r>
      <w:r w:rsidRPr="00EC08EF">
        <w:rPr>
          <w:color w:val="000000"/>
          <w:sz w:val="21"/>
          <w:lang w:val="pl-PL"/>
        </w:rPr>
        <w:t xml:space="preserve">, oznaczone następująco: </w:t>
      </w:r>
      <w:r w:rsidRPr="00EC08EF">
        <w:rPr>
          <w:i/>
          <w:color w:val="696969"/>
          <w:sz w:val="21"/>
          <w:lang w:val="pl-PL"/>
        </w:rPr>
        <w:t>[pełne oznaczenie osiągnięcia zgodne z wnioskiem]</w:t>
      </w:r>
      <w:r w:rsidRPr="00EC08EF">
        <w:rPr>
          <w:color w:val="000000"/>
          <w:sz w:val="21"/>
          <w:lang w:val="pl-PL"/>
        </w:rPr>
        <w:t>;</w:t>
      </w:r>
    </w:p>
    <w:p w14:paraId="25730E13" w14:textId="77777777" w:rsidR="00004863" w:rsidRPr="00EC08EF" w:rsidRDefault="00000000">
      <w:pPr>
        <w:spacing w:after="80"/>
        <w:ind w:left="198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– wskazane osiągnięcie </w:t>
      </w:r>
      <w:r w:rsidRPr="00EC08EF">
        <w:rPr>
          <w:i/>
          <w:color w:val="696969"/>
          <w:sz w:val="21"/>
          <w:lang w:val="pl-PL"/>
        </w:rPr>
        <w:t>[naukowe albo artystyczne]</w:t>
      </w:r>
      <w:r w:rsidRPr="00EC08EF">
        <w:rPr>
          <w:color w:val="000000"/>
          <w:sz w:val="21"/>
          <w:lang w:val="pl-PL"/>
        </w:rPr>
        <w:t xml:space="preserve"> stanowi znaczny wkład w rozwój dyscypliny </w:t>
      </w:r>
      <w:r w:rsidRPr="00EC08EF">
        <w:rPr>
          <w:i/>
          <w:color w:val="696969"/>
          <w:sz w:val="21"/>
          <w:lang w:val="pl-PL"/>
        </w:rPr>
        <w:t>[dyscyplina]</w:t>
      </w:r>
      <w:r w:rsidRPr="00EC08EF">
        <w:rPr>
          <w:color w:val="000000"/>
          <w:sz w:val="21"/>
          <w:lang w:val="pl-PL"/>
        </w:rPr>
        <w:t xml:space="preserve">, polegający w szczególności na: </w:t>
      </w:r>
      <w:r w:rsidRPr="00EC08EF">
        <w:rPr>
          <w:i/>
          <w:color w:val="696969"/>
          <w:sz w:val="21"/>
          <w:lang w:val="pl-PL"/>
        </w:rPr>
        <w:t>[uzupełnić]</w:t>
      </w:r>
      <w:r w:rsidRPr="00EC08EF">
        <w:rPr>
          <w:color w:val="000000"/>
          <w:sz w:val="21"/>
          <w:lang w:val="pl-PL"/>
        </w:rPr>
        <w:t>;</w:t>
      </w:r>
    </w:p>
    <w:p w14:paraId="49EFB662" w14:textId="77777777" w:rsidR="00004863" w:rsidRPr="00EC08EF" w:rsidRDefault="00000000">
      <w:pPr>
        <w:spacing w:after="80"/>
        <w:ind w:left="198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– dorobek </w:t>
      </w:r>
      <w:r w:rsidRPr="00EC08EF">
        <w:rPr>
          <w:i/>
          <w:color w:val="696969"/>
          <w:sz w:val="21"/>
          <w:lang w:val="pl-PL"/>
        </w:rPr>
        <w:t>[naukowy albo artystyczny]</w:t>
      </w:r>
      <w:r w:rsidRPr="00EC08EF">
        <w:rPr>
          <w:color w:val="000000"/>
          <w:sz w:val="21"/>
          <w:lang w:val="pl-PL"/>
        </w:rPr>
        <w:t xml:space="preserve"> osoby ubiegającej się o stopień, uwzględniony wyłącznie jako materiał dowodowy przy ocenie przesłanek z art. 219 ust. 1 pkt 2 i 3, obejmuje: </w:t>
      </w:r>
      <w:r w:rsidRPr="00EC08EF">
        <w:rPr>
          <w:i/>
          <w:color w:val="696969"/>
          <w:sz w:val="21"/>
          <w:lang w:val="pl-PL"/>
        </w:rPr>
        <w:t>[konkretne elementy i ich znaczenie dla oceny]</w:t>
      </w:r>
      <w:r w:rsidRPr="00EC08EF">
        <w:rPr>
          <w:color w:val="000000"/>
          <w:sz w:val="21"/>
          <w:lang w:val="pl-PL"/>
        </w:rPr>
        <w:t>;</w:t>
      </w:r>
    </w:p>
    <w:p w14:paraId="0C34B262" w14:textId="77777777" w:rsidR="00004863" w:rsidRPr="00EC08EF" w:rsidRDefault="00000000">
      <w:pPr>
        <w:spacing w:after="80"/>
        <w:ind w:left="198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– istotna aktywność naukowa albo artystyczna była realizowana w więcej niż jednej uczelni, instytucji naukowej lub instytucji kultury, w następujących podmiotach, okresach i formach: </w:t>
      </w:r>
      <w:r w:rsidRPr="00EC08EF">
        <w:rPr>
          <w:i/>
          <w:color w:val="696969"/>
          <w:sz w:val="21"/>
          <w:lang w:val="pl-PL"/>
        </w:rPr>
        <w:t>[co najmniej dwa podmioty, okresy, rodzaj aktywności, konkretne rezultaty i ich znaczenie dla oceny istotności]</w:t>
      </w:r>
      <w:r w:rsidRPr="00EC08EF">
        <w:rPr>
          <w:color w:val="000000"/>
          <w:sz w:val="21"/>
          <w:lang w:val="pl-PL"/>
        </w:rPr>
        <w:t>.</w:t>
      </w:r>
    </w:p>
    <w:p w14:paraId="5CAC18D7" w14:textId="77777777" w:rsidR="00004863" w:rsidRPr="00EC08EF" w:rsidRDefault="00000000">
      <w:pPr>
        <w:spacing w:after="80"/>
        <w:ind w:firstLine="425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Rada uznała tę aktywność za istotną, ponieważ </w:t>
      </w:r>
      <w:r w:rsidRPr="00EC08EF">
        <w:rPr>
          <w:i/>
          <w:color w:val="696969"/>
          <w:sz w:val="21"/>
          <w:lang w:val="pl-PL"/>
        </w:rPr>
        <w:t>[konkretne ustalenia i ocena dowodów]</w:t>
      </w:r>
      <w:r w:rsidRPr="00EC08EF">
        <w:rPr>
          <w:color w:val="000000"/>
          <w:sz w:val="21"/>
          <w:lang w:val="pl-PL"/>
        </w:rPr>
        <w:t>.</w:t>
      </w:r>
    </w:p>
    <w:p w14:paraId="5141D5A2" w14:textId="11D2FE82" w:rsidR="00004863" w:rsidRPr="003036DD" w:rsidRDefault="00000000">
      <w:pPr>
        <w:spacing w:after="80"/>
        <w:ind w:firstLine="425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Rada Naukowa Instytutu uznała, że wskazane osiągnięcie [naukowe albo artystyczne] stanowi znaczny wkład w rozwój dyscypliny [dyscyplina] oraz że habilitant wykazuje się istotną </w:t>
      </w:r>
      <w:r w:rsidRPr="003036DD">
        <w:rPr>
          <w:sz w:val="21"/>
          <w:lang w:val="pl-PL"/>
        </w:rPr>
        <w:t>aktywnością naukową albo artystyczną realizowaną w więcej niż jednej uczelni, instytucji naukowej lub instytucji kultury</w:t>
      </w:r>
      <w:r w:rsidR="003A2DC6" w:rsidRPr="003036DD">
        <w:rPr>
          <w:sz w:val="21"/>
          <w:lang w:val="pl-PL"/>
        </w:rPr>
        <w:t>,</w:t>
      </w:r>
      <w:r w:rsidRPr="003036DD">
        <w:rPr>
          <w:sz w:val="21"/>
          <w:lang w:val="pl-PL"/>
        </w:rPr>
        <w:t xml:space="preserve"> [jeżeli dotyczy: w tym instytucji zagranicznej].</w:t>
      </w:r>
    </w:p>
    <w:p w14:paraId="65AD8669" w14:textId="77777777" w:rsidR="00004863" w:rsidRPr="003036DD" w:rsidRDefault="00000000">
      <w:pPr>
        <w:spacing w:after="80"/>
        <w:ind w:firstLine="425"/>
        <w:jc w:val="both"/>
        <w:rPr>
          <w:lang w:val="pl-PL"/>
        </w:rPr>
      </w:pPr>
      <w:r w:rsidRPr="003036DD">
        <w:rPr>
          <w:sz w:val="21"/>
          <w:lang w:val="pl-PL"/>
        </w:rPr>
        <w:t>Zgodnie z art. 219 ust. 1 ustawy – Prawo o szkolnictwie wyższym i nauce stopień doktora habilitowanego nadaje się osobie, która posiada stopień doktora, posiada w dorobku osiągnięcia naukowe albo artystyczne stanowiące znaczny wkład w rozwój określonej dyscypliny oraz wykazuje się istotną aktywnością naukową albo artystyczną realizowaną w więcej niż jednej uczelni, instytucji naukowej lub instytucji kultury, w szczególności zagranicznej.</w:t>
      </w:r>
    </w:p>
    <w:p w14:paraId="4D0A4CD3" w14:textId="5DD2AD1C" w:rsidR="00004863" w:rsidRPr="003036DD" w:rsidRDefault="00000000">
      <w:pPr>
        <w:spacing w:after="80"/>
        <w:ind w:firstLine="425"/>
        <w:jc w:val="both"/>
        <w:rPr>
          <w:lang w:val="pl-PL"/>
        </w:rPr>
      </w:pPr>
      <w:r w:rsidRPr="003036DD">
        <w:rPr>
          <w:sz w:val="21"/>
          <w:lang w:val="pl-PL"/>
        </w:rPr>
        <w:t xml:space="preserve">W świetle zgromadzonego materiału dowodowego, w tym sporządzonych recenzji oraz opinii komisji habilitacyjnej, Rada Naukowa Instytutu uznała, że Pani/Pan dr </w:t>
      </w:r>
      <w:r w:rsidRPr="003036DD">
        <w:rPr>
          <w:i/>
          <w:sz w:val="21"/>
          <w:lang w:val="pl-PL"/>
        </w:rPr>
        <w:t>[imię i nazwisko]</w:t>
      </w:r>
      <w:r w:rsidRPr="003036DD">
        <w:rPr>
          <w:sz w:val="21"/>
          <w:lang w:val="pl-PL"/>
        </w:rPr>
        <w:t xml:space="preserve"> spełnia wymagania określone </w:t>
      </w:r>
      <w:r w:rsidR="006707AE" w:rsidRPr="003036DD">
        <w:rPr>
          <w:sz w:val="21"/>
          <w:lang w:val="pl-PL"/>
        </w:rPr>
        <w:br/>
      </w:r>
      <w:r w:rsidRPr="003036DD">
        <w:rPr>
          <w:sz w:val="21"/>
          <w:lang w:val="pl-PL"/>
        </w:rPr>
        <w:t>w ustawie dla nadania stopnia doktora habilitowanego.</w:t>
      </w:r>
    </w:p>
    <w:p w14:paraId="1F321CF6" w14:textId="1AE12932" w:rsidR="00004863" w:rsidRPr="003036DD" w:rsidRDefault="00000000">
      <w:pPr>
        <w:spacing w:after="80"/>
        <w:ind w:firstLine="425"/>
        <w:jc w:val="both"/>
        <w:rPr>
          <w:lang w:val="pl-PL"/>
        </w:rPr>
      </w:pPr>
      <w:r w:rsidRPr="003036DD">
        <w:rPr>
          <w:sz w:val="21"/>
          <w:lang w:val="pl-PL"/>
        </w:rPr>
        <w:t>Po dokonaniu powyższych ustaleń Rada Naukowa Instytutu [nazwa Instytutu] w dniu [data] podjęła uchwałę nr [nr uchwały] w sprawie wydania decyzji o nadaniu Pani/Panu dr [imię i nazwisko] stopnia doktora habilitowanego w dziedzinie [dziedzina], w dyscyplinie [dyscyplina]. Uchwałę podjęto w głosowaniu tajnym, zwykłą większością głosów, przy obecności co najmniej połowy osób uprawnionych: uprawnionych [liczba], obecnych [liczba], za wydaniem decyzji o nadaniu stopnia: [liczba], przeciw: [liczba], wstrzymujących się: [liczba]. Członkowie Komisji habilitacyjnej nie uczestniczyli w głosowaniu. Na podstawie tej uchwały wydano niniejszą decyzję.</w:t>
      </w:r>
    </w:p>
    <w:p w14:paraId="608DC8D4" w14:textId="77777777" w:rsidR="00004863" w:rsidRPr="00EC08EF" w:rsidRDefault="00000000">
      <w:pPr>
        <w:spacing w:after="160"/>
        <w:ind w:firstLine="425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>Mając powyższe na uwadze, należało orzec jak w sentencji.</w:t>
      </w:r>
    </w:p>
    <w:p w14:paraId="3A5E6773" w14:textId="77777777" w:rsidR="00004863" w:rsidRPr="00EC08EF" w:rsidRDefault="00000000">
      <w:pPr>
        <w:rPr>
          <w:lang w:val="pl-PL"/>
        </w:rPr>
      </w:pPr>
      <w:r w:rsidRPr="00EC08EF">
        <w:rPr>
          <w:lang w:val="pl-PL"/>
        </w:rPr>
        <w:br w:type="page"/>
      </w:r>
    </w:p>
    <w:p w14:paraId="52B378F9" w14:textId="77777777" w:rsidR="00004863" w:rsidRPr="00EC08EF" w:rsidRDefault="00000000">
      <w:pPr>
        <w:keepNext/>
        <w:spacing w:after="120"/>
        <w:jc w:val="center"/>
        <w:rPr>
          <w:lang w:val="pl-PL"/>
        </w:rPr>
      </w:pPr>
      <w:r w:rsidRPr="00EC08EF">
        <w:rPr>
          <w:b/>
          <w:color w:val="000000"/>
          <w:sz w:val="25"/>
          <w:lang w:val="pl-PL"/>
        </w:rPr>
        <w:lastRenderedPageBreak/>
        <w:t>POUCZENIE</w:t>
      </w:r>
    </w:p>
    <w:p w14:paraId="4A34CC43" w14:textId="77777777" w:rsidR="00004863" w:rsidRPr="003A2DC6" w:rsidRDefault="00000000">
      <w:pPr>
        <w:spacing w:after="80"/>
        <w:ind w:firstLine="425"/>
        <w:jc w:val="both"/>
        <w:rPr>
          <w:lang w:val="pl-PL"/>
        </w:rPr>
      </w:pPr>
      <w:r w:rsidRPr="003A2DC6">
        <w:rPr>
          <w:sz w:val="21"/>
          <w:lang w:val="pl-PL"/>
        </w:rPr>
        <w:t>Decyzja jest ostateczna. Od niniejszej decyzji nie przysługuje odwołanie do Rady Doskonałości Naukowej ani wniosek o ponowne rozpatrzenie sprawy. Decyzja może zostać zaskarżona przez podmiot posiadający legitymację skargową do Wojewódzkiego Sądu Administracyjnego w Kielcach, za pośrednictwem Rady Naukowej Instytutu [nazwa Instytutu], w terminie 30 dni od dnia jej doręczenia.</w:t>
      </w:r>
    </w:p>
    <w:p w14:paraId="668CFE14" w14:textId="4AF62912" w:rsidR="00004863" w:rsidRPr="00EC08EF" w:rsidRDefault="00000000">
      <w:pPr>
        <w:spacing w:after="160"/>
        <w:ind w:firstLine="425"/>
        <w:jc w:val="both"/>
        <w:rPr>
          <w:lang w:val="pl-PL"/>
        </w:rPr>
      </w:pPr>
      <w:r w:rsidRPr="00EC08EF">
        <w:rPr>
          <w:color w:val="000000"/>
          <w:sz w:val="21"/>
          <w:lang w:val="pl-PL"/>
        </w:rPr>
        <w:t xml:space="preserve">Wpis stały od skargi wynosi 200 zł. Strona może ubiegać się o zwolnienie od kosztów sądowych albo </w:t>
      </w:r>
      <w:r w:rsidRPr="00EC08EF">
        <w:rPr>
          <w:color w:val="000000"/>
          <w:sz w:val="21"/>
          <w:lang w:val="pl-PL"/>
        </w:rPr>
        <w:br/>
        <w:t>o przyznanie prawa pomocy na zasadach określonych w art. 243–262 ustawy – Prawo o postępowaniu przed sądami administracyjnymi.</w:t>
      </w:r>
    </w:p>
    <w:p w14:paraId="49FC3A01" w14:textId="77777777" w:rsidR="00004863" w:rsidRPr="00EC08EF" w:rsidRDefault="00004863">
      <w:pPr>
        <w:rPr>
          <w:lang w:val="pl-PL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4025"/>
      </w:tblGrid>
      <w:tr w:rsidR="00004863" w:rsidRPr="00EC08EF" w14:paraId="741EE338" w14:textId="77777777">
        <w:trPr>
          <w:jc w:val="center"/>
        </w:trPr>
        <w:tc>
          <w:tcPr>
            <w:tcW w:w="40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120D" w14:textId="77777777" w:rsidR="00004863" w:rsidRPr="00EC08EF" w:rsidRDefault="00004863">
            <w:pPr>
              <w:rPr>
                <w:lang w:val="pl-PL"/>
              </w:rPr>
            </w:pPr>
          </w:p>
        </w:tc>
        <w:tc>
          <w:tcPr>
            <w:tcW w:w="40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66D2" w14:textId="77777777" w:rsidR="00004863" w:rsidRPr="00EC08EF" w:rsidRDefault="00000000">
            <w:pPr>
              <w:spacing w:after="20" w:line="240" w:lineRule="auto"/>
              <w:jc w:val="center"/>
              <w:rPr>
                <w:lang w:val="pl-PL"/>
              </w:rPr>
            </w:pPr>
            <w:r w:rsidRPr="00EC08EF">
              <w:rPr>
                <w:i/>
                <w:color w:val="696969"/>
                <w:lang w:val="pl-PL"/>
              </w:rPr>
              <w:t>[podpis]</w:t>
            </w:r>
          </w:p>
          <w:p w14:paraId="47AC67EC" w14:textId="77777777" w:rsidR="00004863" w:rsidRPr="00EC08EF" w:rsidRDefault="00000000">
            <w:pPr>
              <w:spacing w:after="20" w:line="240" w:lineRule="auto"/>
              <w:jc w:val="center"/>
              <w:rPr>
                <w:lang w:val="pl-PL"/>
              </w:rPr>
            </w:pPr>
            <w:r w:rsidRPr="00EC08EF">
              <w:rPr>
                <w:i/>
                <w:color w:val="696969"/>
                <w:sz w:val="21"/>
                <w:lang w:val="pl-PL"/>
              </w:rPr>
              <w:t>[tytuł lub stopień, imię i nazwisko]</w:t>
            </w:r>
          </w:p>
          <w:p w14:paraId="3C1B9649" w14:textId="77777777" w:rsidR="00004863" w:rsidRPr="00EC08EF" w:rsidRDefault="00000000">
            <w:pPr>
              <w:spacing w:line="240" w:lineRule="auto"/>
              <w:jc w:val="center"/>
              <w:rPr>
                <w:lang w:val="pl-PL"/>
              </w:rPr>
            </w:pPr>
            <w:r w:rsidRPr="00EC08EF">
              <w:rPr>
                <w:b/>
                <w:color w:val="000000"/>
                <w:sz w:val="21"/>
                <w:lang w:val="pl-PL"/>
              </w:rPr>
              <w:t>Przewodniczący Rady Naukowej Instytutu</w:t>
            </w:r>
          </w:p>
          <w:p w14:paraId="0961484A" w14:textId="77777777" w:rsidR="00004863" w:rsidRPr="00EC08EF" w:rsidRDefault="00000000">
            <w:pPr>
              <w:spacing w:line="240" w:lineRule="auto"/>
              <w:jc w:val="center"/>
              <w:rPr>
                <w:lang w:val="pl-PL"/>
              </w:rPr>
            </w:pPr>
            <w:r w:rsidRPr="00EC08EF">
              <w:rPr>
                <w:i/>
                <w:color w:val="696969"/>
                <w:sz w:val="21"/>
                <w:lang w:val="pl-PL"/>
              </w:rPr>
              <w:t>[nazwa Instytutu]</w:t>
            </w:r>
          </w:p>
        </w:tc>
      </w:tr>
    </w:tbl>
    <w:p w14:paraId="5FFFDF37" w14:textId="77777777" w:rsidR="00004863" w:rsidRPr="00EC08EF" w:rsidRDefault="00000000">
      <w:pPr>
        <w:spacing w:before="140" w:after="20" w:line="240" w:lineRule="auto"/>
        <w:rPr>
          <w:lang w:val="pl-PL"/>
        </w:rPr>
      </w:pPr>
      <w:r w:rsidRPr="00EC08EF">
        <w:rPr>
          <w:b/>
          <w:color w:val="000000"/>
          <w:sz w:val="21"/>
          <w:lang w:val="pl-PL"/>
        </w:rPr>
        <w:t>Otrzymują:</w:t>
      </w:r>
    </w:p>
    <w:p w14:paraId="76233531" w14:textId="77777777" w:rsidR="00004863" w:rsidRPr="00EC08EF" w:rsidRDefault="00000000">
      <w:pPr>
        <w:spacing w:line="240" w:lineRule="auto"/>
        <w:ind w:left="283" w:hanging="283"/>
        <w:rPr>
          <w:lang w:val="pl-PL"/>
        </w:rPr>
      </w:pPr>
      <w:r w:rsidRPr="00EC08EF">
        <w:rPr>
          <w:color w:val="000000"/>
          <w:sz w:val="20"/>
          <w:lang w:val="pl-PL"/>
        </w:rPr>
        <w:t xml:space="preserve">1. Pani/Pan dr </w:t>
      </w:r>
      <w:r w:rsidRPr="00EC08EF">
        <w:rPr>
          <w:i/>
          <w:color w:val="696969"/>
          <w:sz w:val="20"/>
          <w:lang w:val="pl-PL"/>
        </w:rPr>
        <w:t>[imię i nazwisko]</w:t>
      </w:r>
    </w:p>
    <w:p w14:paraId="3FBC8E70" w14:textId="77777777" w:rsidR="00004863" w:rsidRPr="00EC08EF" w:rsidRDefault="00000000">
      <w:pPr>
        <w:spacing w:line="240" w:lineRule="auto"/>
        <w:ind w:left="283" w:hanging="283"/>
        <w:rPr>
          <w:lang w:val="pl-PL"/>
        </w:rPr>
      </w:pPr>
      <w:r w:rsidRPr="00EC08EF">
        <w:rPr>
          <w:color w:val="000000"/>
          <w:sz w:val="20"/>
          <w:lang w:val="pl-PL"/>
        </w:rPr>
        <w:t>2. a/a</w:t>
      </w:r>
    </w:p>
    <w:sectPr w:rsidR="00004863" w:rsidRPr="00EC08EF" w:rsidSect="00034616">
      <w:pgSz w:w="12240" w:h="15840"/>
      <w:pgMar w:top="1020" w:right="1361" w:bottom="1020" w:left="136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0011696">
    <w:abstractNumId w:val="8"/>
  </w:num>
  <w:num w:numId="2" w16cid:durableId="1792624343">
    <w:abstractNumId w:val="6"/>
  </w:num>
  <w:num w:numId="3" w16cid:durableId="858394427">
    <w:abstractNumId w:val="5"/>
  </w:num>
  <w:num w:numId="4" w16cid:durableId="1781995022">
    <w:abstractNumId w:val="4"/>
  </w:num>
  <w:num w:numId="5" w16cid:durableId="1307515616">
    <w:abstractNumId w:val="7"/>
  </w:num>
  <w:num w:numId="6" w16cid:durableId="526023503">
    <w:abstractNumId w:val="3"/>
  </w:num>
  <w:num w:numId="7" w16cid:durableId="1504658639">
    <w:abstractNumId w:val="2"/>
  </w:num>
  <w:num w:numId="8" w16cid:durableId="587614251">
    <w:abstractNumId w:val="1"/>
  </w:num>
  <w:num w:numId="9" w16cid:durableId="83534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863"/>
    <w:rsid w:val="00033B4D"/>
    <w:rsid w:val="00034616"/>
    <w:rsid w:val="0006063C"/>
    <w:rsid w:val="0015074B"/>
    <w:rsid w:val="0027249E"/>
    <w:rsid w:val="0029639D"/>
    <w:rsid w:val="003036DD"/>
    <w:rsid w:val="00326F90"/>
    <w:rsid w:val="003A2DC6"/>
    <w:rsid w:val="003F316D"/>
    <w:rsid w:val="006707AE"/>
    <w:rsid w:val="00AA1D8D"/>
    <w:rsid w:val="00AA6970"/>
    <w:rsid w:val="00AA7825"/>
    <w:rsid w:val="00B47730"/>
    <w:rsid w:val="00C65CC4"/>
    <w:rsid w:val="00CB0664"/>
    <w:rsid w:val="00EC08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EA0E5"/>
  <w14:defaultImageDpi w14:val="300"/>
  <w15:docId w15:val="{A23E1C03-5628-4A84-BBA8-44FF06CD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54" w:lineRule="auto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6505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Kubicka</dc:creator>
  <cp:keywords/>
  <dc:description>generated by python-docx</dc:description>
  <cp:lastModifiedBy>Marta Kubicka</cp:lastModifiedBy>
  <cp:revision>2</cp:revision>
  <dcterms:created xsi:type="dcterms:W3CDTF">2026-08-24T10:37:00Z</dcterms:created>
  <dcterms:modified xsi:type="dcterms:W3CDTF">2026-08-24T10:37:00Z</dcterms:modified>
  <cp:category/>
</cp:coreProperties>
</file>